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C071A" w14:textId="5F27CBCA" w:rsidR="00260BE4" w:rsidRDefault="00794561">
      <w:pPr>
        <w:pStyle w:val="Pavadinimas"/>
      </w:pPr>
      <w:r w:rsidRPr="00794561">
        <w:t>Varėnos rajono pliažo tinklinio 2x2 lygos</w:t>
      </w:r>
      <w:r w:rsidR="009E5E73">
        <w:t xml:space="preserve"> registracijos forma</w:t>
      </w:r>
    </w:p>
    <w:p w14:paraId="1D6B79B5" w14:textId="3BD845D7" w:rsidR="00794561" w:rsidRDefault="00000000" w:rsidP="00794561">
      <w:r>
        <w:br/>
        <w:t>Komandos pavadinimas: ___________________________</w:t>
      </w:r>
      <w:r w:rsidR="00794561">
        <w:t>____________________________________________</w:t>
      </w:r>
      <w:r>
        <w:br/>
      </w:r>
      <w:r>
        <w:br/>
        <w:t>Žaidėjas 1 (Vardas, Pavardė, Tel. nr.): ___________________________</w:t>
      </w:r>
      <w:r w:rsidR="00794561">
        <w:t>________________________________</w:t>
      </w:r>
      <w:r>
        <w:br/>
      </w:r>
      <w:r>
        <w:br/>
        <w:t>Žaidėjas 2 (Vardas, Pavardė, Tel. nr.): ___________________________</w:t>
      </w:r>
      <w:r w:rsidR="00794561">
        <w:t>__________________________________</w:t>
      </w:r>
      <w:r>
        <w:br/>
      </w:r>
      <w:r>
        <w:br/>
        <w:t>Atsarginis žaidėjas (nebūtina) (Vardas, Pavardė, Tel. nr.): ___________________________</w:t>
      </w:r>
      <w:r w:rsidR="00794561">
        <w:t>____________</w:t>
      </w:r>
      <w:r>
        <w:br/>
      </w:r>
      <w:r>
        <w:br/>
        <w:t>El. paštas kontaktams: ___________________________</w:t>
      </w:r>
      <w:r w:rsidR="00794561">
        <w:t>______________________________________</w:t>
      </w:r>
      <w:r w:rsidR="00794561">
        <w:br/>
      </w:r>
      <w:r w:rsidR="00794561">
        <w:br/>
        <w:t>Pasirašydami patvirtinate, kad esate susipažinę su lygos nuostatais ir dalyvaujate varžybose savo rizika.</w:t>
      </w:r>
    </w:p>
    <w:p w14:paraId="08895EF8" w14:textId="3080FB75" w:rsidR="00260BE4" w:rsidRDefault="00794561" w:rsidP="00794561">
      <w:r>
        <w:t>Komandos atstovo parašas: ____________________________ Data: ____________________________</w:t>
      </w:r>
      <w:r>
        <w:br/>
      </w:r>
      <w:r>
        <w:br/>
        <w:t>Kontaktinis asmuo: Gedvinas Baravykas, el. paštas: Gedvinas17@gmail.com</w:t>
      </w:r>
      <w:r>
        <w:br/>
      </w:r>
    </w:p>
    <w:sectPr w:rsidR="00260BE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0597244">
    <w:abstractNumId w:val="8"/>
  </w:num>
  <w:num w:numId="2" w16cid:durableId="1095325650">
    <w:abstractNumId w:val="6"/>
  </w:num>
  <w:num w:numId="3" w16cid:durableId="1672098271">
    <w:abstractNumId w:val="5"/>
  </w:num>
  <w:num w:numId="4" w16cid:durableId="52434201">
    <w:abstractNumId w:val="4"/>
  </w:num>
  <w:num w:numId="5" w16cid:durableId="773089562">
    <w:abstractNumId w:val="7"/>
  </w:num>
  <w:num w:numId="6" w16cid:durableId="909509886">
    <w:abstractNumId w:val="3"/>
  </w:num>
  <w:num w:numId="7" w16cid:durableId="539169868">
    <w:abstractNumId w:val="2"/>
  </w:num>
  <w:num w:numId="8" w16cid:durableId="2073768090">
    <w:abstractNumId w:val="1"/>
  </w:num>
  <w:num w:numId="9" w16cid:durableId="144988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0BE4"/>
    <w:rsid w:val="0029639D"/>
    <w:rsid w:val="00326F90"/>
    <w:rsid w:val="00513E0E"/>
    <w:rsid w:val="00794561"/>
    <w:rsid w:val="00830662"/>
    <w:rsid w:val="009E5E7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C98E1"/>
  <w14:defaultImageDpi w14:val="300"/>
  <w15:docId w15:val="{28AEEF51-0F33-4C3B-83E7-B6C9677E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sportas.varena@gmail.com</cp:lastModifiedBy>
  <cp:revision>3</cp:revision>
  <dcterms:created xsi:type="dcterms:W3CDTF">2013-12-23T23:15:00Z</dcterms:created>
  <dcterms:modified xsi:type="dcterms:W3CDTF">2025-04-28T11:46:00Z</dcterms:modified>
  <cp:category/>
</cp:coreProperties>
</file>